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Chief Technology Officer</w:t>
      </w:r>
    </w:p>
    <w:p>
      <w:pPr>
        <w:spacing w:before="0" w:after="240"/>
      </w:pPr>
      <w:r>
        <w:t>I am writing to apply for the Chief Technology Officer role at [Company Name]. With extensive experience in technology strategy, architecture and engineering leadership, I am confident I can help [Company Name] deliver on its digital ambitions while managing risk and scaling teams effectively.</w:t>
      </w:r>
    </w:p>
    <w:p>
      <w:pPr>
        <w:spacing w:before="0" w:after="240"/>
      </w:pPr>
      <w:r>
        <w:t>In my most recent role, I led a complete replatforming of core systems to a cloud environment, which reduced operating costs and cut deployment times from days to hours. I also established a cyber security program that achieved ISO 27001 certification and ensured compliance with the Notifiable Data Breaches scheme. These initiatives required close collaboration with engineering, security and executive stakeholders, and they demonstrate my ability to turn strategy into measurable outcomes.</w:t>
      </w:r>
    </w:p>
    <w:p>
      <w:pPr>
        <w:spacing w:before="0" w:after="240"/>
      </w:pPr>
      <w:r>
        <w:t>I am particularly drawn to [Company Name] because [add one genuine, specific reason: a project, value, or market position you can point to]. I want to contribute to an organisation where technology is central to the value proposition, and I believe my background in [specific industry or technology area] aligns well with your goals.</w:t>
      </w:r>
    </w:p>
    <w:p>
      <w:pPr>
        <w:spacing w:before="0" w:after="240"/>
      </w:pPr>
      <w:r>
        <w:t>Thank you for considering my application. I have attached my resume for your review and would welcome the opportunity to discuss how I can support [Company Name]'s technology strategy.</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