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Child Protection Practitioner</w:t>
      </w:r>
    </w:p>
    <w:p>
      <w:pPr>
        <w:spacing w:before="0" w:after="240"/>
      </w:pPr>
      <w:r>
        <w:t>I am writing to apply for the Child Protection Practitioner role at [Company Name]. With a background in casework and a strong commitment to child safety, I am confident I can contribute effectively to your team.</w:t>
      </w:r>
    </w:p>
    <w:p>
      <w:pPr>
        <w:spacing w:before="0" w:after="240"/>
      </w:pPr>
      <w:r>
        <w:t>In my previous role, I managed a caseload of up to 20 families, conducting risk assessments and developing case plans that led to successful reunification for several children. I prepared court reports and gave evidence in the Children's Court, collaborating with police, health, and education services to ensure comprehensive support for families.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in casework and community engagement to your organisation.</w:t>
      </w:r>
    </w:p>
    <w:p>
      <w:pPr>
        <w:spacing w:before="0" w:after="240"/>
      </w:pPr>
      <w:r>
        <w:t>Thank you for considering my application. I have attached my resume for your review and look forward to the opportunity to discuss how my experience aligns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