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Chiropractor</w:t>
      </w:r>
    </w:p>
    <w:p>
      <w:pPr>
        <w:spacing w:before="0" w:after="240"/>
      </w:pPr>
      <w:r>
        <w:t>I am writing to apply for the Chiropractor position at [Company Name]. My clinical training in spinal and joint assessment, combined with a practical approach to care planning, fits a role built around hands-on musculoskeletal treatment.</w:t>
      </w:r>
    </w:p>
    <w:p>
      <w:pPr>
        <w:spacing w:before="0" w:after="240"/>
      </w:pPr>
      <w:r>
        <w:t>In my most recent clinical experience, I managed a caseload of patients presenting with lower back pain and postural strain, building individualised plans that combined spinal manipulation, soft-tissue work and exercise prescription. Patients who followed through on home exercise and ergonomic advice consistently had fewer repeat presentations for the same complaint, which confirmed for me how much patient education matters alongside manual treatment.</w:t>
      </w:r>
    </w:p>
    <w:p>
      <w:pPr>
        <w:spacing w:before="0" w:after="240"/>
      </w:pPr>
      <w:r>
        <w:t>[Company Name] appeals to me specifically because [add one genuine, specific reason: a project, value, or market position you can point to]. I want to bring my assessment and manual therapy skills to a clinic where that approach is a priority.</w:t>
      </w:r>
    </w:p>
    <w:p>
      <w:pPr>
        <w:spacing w:before="0" w:after="240"/>
      </w:pPr>
      <w:r>
        <w:t>Thank you for considering my application. I have attached my resume with further detail on my clinical experience and qualifications, and I would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