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Choreographer</w:t>
      </w:r>
    </w:p>
    <w:p>
      <w:pPr>
        <w:spacing w:before="0" w:after="240"/>
      </w:pPr>
      <w:r>
        <w:t>I am applying for the Choreographer role with [Company Name]. My work sits across stage and screen, and I am drawn to the way your productions treat movement as a primary storytelling tool rather than something added once the text is settled.</w:t>
      </w:r>
    </w:p>
    <w:p>
      <w:pPr>
        <w:spacing w:before="0" w:after="240"/>
      </w:pPr>
      <w:r>
        <w:t>In my most recent contract I choreographed a new dance theatre work from first creative development through to a three-week season. It began as a set of written prompts and a temp music track, and over eight weeks I built a movement vocabulary with a company of nine dancers, restructured the second act after the first preview, and worked closely with the lighting designer so the final solo read from the back of the house. The work then toured to two regional venues, where I re-blocked the group sections for stages less than half the size of the original without losing the shape of the piece.</w:t>
      </w:r>
    </w:p>
    <w:p>
      <w:pPr>
        <w:spacing w:before="0" w:after="240"/>
      </w:pPr>
      <w:r>
        <w:t>I want to work with [Company Name] because [add one genuine, specific reason: a project, value, or market position you can point to]. I am keen to understand how your company programs development periods alongside mainstage seasons, because that mix is where I do my strongest choreographic work.</w:t>
      </w:r>
    </w:p>
    <w:p>
      <w:pPr>
        <w:spacing w:before="0" w:after="240"/>
      </w:pPr>
      <w:r>
        <w:t>Thank you for considering my application. My resume is attached, and I would welcome the chance to talk through my rehearsal process and how I would approach your upcoming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