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Circus Performer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Circus performer with a focus on aerial and acrobatic disciplines, including silks, trapeze, and hand balancing. Experienced in touring productions and festival performances, with a strong commitment to safety and collaborative creation. Combines technical skill with physical conditioning and event coordination to deliver engaging live acts.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Aerial silks   •   Trapeze bar   •   Rigging hardware   •   Crash mats   •   Event coordination   •   Google Workspace   •   Physical stamina and dexterity   •   Safety and compliance awareness   •   Attention to detail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Circus Performer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Rehearsed and performed aerial silks and trapeze routines for touring productions, delivering consistent performances across a 20-show season.</w:t>
      </w:r>
    </w:p>
    <w:p>
      <w:pPr>
        <w:pStyle w:val="ListBullet"/>
        <w:spacing w:after="80" w:line="276" w:lineRule="auto"/>
      </w:pPr>
      <w:r>
        <w:t>Inspected and set up rigging hardware and crash mats before each performance, maintaining a spotless safety record and ensuring compliance with WHS standards.</w:t>
      </w:r>
    </w:p>
    <w:p>
      <w:pPr>
        <w:pStyle w:val="ListBullet"/>
        <w:spacing w:after="80" w:line="276" w:lineRule="auto"/>
      </w:pPr>
      <w:r>
        <w:t>Collaborated with directors and choreographers to develop new acts, contributing to two new ensemble pieces per season.</w:t>
      </w:r>
    </w:p>
    <w:p>
      <w:pPr>
        <w:pStyle w:val="ListBullet"/>
        <w:spacing w:after="80" w:line="276" w:lineRule="auto"/>
      </w:pPr>
      <w:r>
        <w:t>Maintained physical conditioning through daily strength and flexibility training, reducing injury downtime and sustaining peak performance across back-to-back shows.</w:t>
      </w:r>
    </w:p>
    <w:p>
      <w:pPr>
        <w:pStyle w:val="ListBullet"/>
        <w:spacing w:after="240" w:line="276" w:lineRule="auto"/>
      </w:pPr>
      <w:r>
        <w:t>Coordinated event logistics for festival performances, liaising with production teams to align rehearsal schedules and apparatus availability, which kept shows running to time.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Typical pathway: many circus performers hold a Bachelor degree in performing arts or circus arts, while others train through a Diploma of Circus Arts or Certificate III/IV qualifications in live production or physical performance.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