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Clinical Psychologist</w:t>
      </w:r>
    </w:p>
    <w:p>
      <w:pPr>
        <w:spacing w:before="0" w:after="240"/>
      </w:pPr>
      <w:r>
        <w:t>I am writing to apply for the Clinical Psychologist position at [Company Name]. With AHPRA endorsement and experience across public and private settings, I am confident in my ability to deliver high-quality assessment and therapy.</w:t>
      </w:r>
    </w:p>
    <w:p>
      <w:pPr>
        <w:spacing w:before="0" w:after="240"/>
      </w:pPr>
      <w:r>
        <w:t>In my current role, I conduct diagnostic interviews and psychological assessments for a varied caseload, including administering WISC-V and WAIS-IV tests. I developed and delivered evidence-based treatment plans for clients with anxiety and depression, and most reported meaningful improvements in daily functioning within ten sessions. I also write assessment reports for referrers, courts and insurers, ensuring accuracy and timeliness.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contribute to your team and support your clients' mental health.</w:t>
      </w:r>
    </w:p>
    <w:p>
      <w:pPr>
        <w:spacing w:before="0" w:after="240"/>
      </w:pPr>
      <w:r>
        <w:t>Thank you for considering my application. My resume is attached, and I look forward to the opportunity to discuss how my skills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