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Club Manager</w:t>
      </w:r>
    </w:p>
    <w:p>
      <w:pPr>
        <w:spacing w:before="0" w:after="240"/>
      </w:pPr>
      <w:r>
        <w:t>I am writing to apply for the Club Manager role at [Company Name]. With a background in licensed club operations and a focus on compliance, rostering and member service, I am confident I can help your venue run smoothly and profitably.</w:t>
      </w:r>
    </w:p>
    <w:p>
      <w:pPr>
        <w:spacing w:before="0" w:after="240"/>
      </w:pPr>
      <w:r>
        <w:t>In my current role, I oversee a roster of more than 30 staff across bar, gaming, kitchen and duty shifts. I introduced a forecasting process using SwiftPOS sales data and Deputy, which cut overtime while keeping every shift covered. I also managed the club budget, working with suppliers to improve margin without compromising quality, and coordinated weekly member events that increased attendance. My compliance record is clean, with RSA and RCG policies embedded in daily operations and staff training.</w:t>
      </w:r>
    </w:p>
    <w:p>
      <w:pPr>
        <w:spacing w:before="0" w:after="240"/>
      </w:pPr>
      <w:r>
        <w:t>I am drawn to [Company Name] because [add one genuine, specific reason: a project, value, or market position you can point to].</w:t>
      </w:r>
    </w:p>
    <w:p>
      <w:pPr>
        <w:spacing w:before="0" w:after="240"/>
      </w:pPr>
      <w:r>
        <w:t>Thank you for considering my application. I have attached my resume and would welcome the chance to discuss how I can contribute to your club.</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