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Commodity Trader</w:t>
      </w:r>
    </w:p>
    <w:p>
      <w:pPr>
        <w:spacing w:before="0" w:after="240"/>
      </w:pPr>
      <w:r>
        <w:t>I am applying for the Commodity Trader role at [Company Name]. My background in financial analysis, risk controls and market execution across physical and derivative commodities gives me the grounding to trade your book responsibly and commercially.</w:t>
      </w:r>
    </w:p>
    <w:p>
      <w:pPr>
        <w:spacing w:before="0" w:after="240"/>
      </w:pPr>
      <w:r>
        <w:t>In my current role I cover agricultural and energy markets, reading weather forecasts and shipping data to adjust positions before events hit the curve. I built a Python model that flags when a proposed trade sits outside internal limits, which cut the time from idea to approved order and helped the desk avoid late compliance escalations. I also reconcile the day's trades against benchmark, so I know where performance has come from rather than guessing.</w:t>
      </w:r>
    </w:p>
    <w:p>
      <w:pPr>
        <w:spacing w:before="0" w:after="240"/>
      </w:pPr>
      <w:r>
        <w:t>What draws me to [Company Name] is [add one genuine, specific reason: a project, value, or market position you can point to]. I want to trade for a desk where market views are tested against risk discipline, and where the physical and derivative sides of the business inform each other.</w:t>
      </w:r>
    </w:p>
    <w:p>
      <w:pPr>
        <w:spacing w:before="0" w:after="240"/>
      </w:pPr>
      <w:r>
        <w:t>Thank you for considering my application. My resume is attached, and I would welcome the chance to discuss how I can contribute to your trading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