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Community Arts Worker</w:t>
      </w:r>
    </w:p>
    <w:p>
      <w:pPr>
        <w:spacing w:before="0" w:after="240"/>
      </w:pPr>
      <w:r>
        <w:t>I am writing to apply for the Community Arts Worker role at [Company Name]. With hands-on experience in planning and delivering community arts programs, I am confident in my ability to build social connection and cultural expression through creative engagement.</w:t>
      </w:r>
    </w:p>
    <w:p>
      <w:pPr>
        <w:spacing w:before="0" w:after="240"/>
      </w:pPr>
      <w:r>
        <w:t>In a recent project, I coordinated a series of intergenerational storytelling workshops that brought together older residents and local school students. I managed the budget, engaged a professional storyteller, and worked with a community centre to host the final exhibition. The project resulted in a lasting collection of recorded stories and a new partnership between the school and the centre.</w:t>
      </w:r>
    </w:p>
    <w:p>
      <w:pPr>
        <w:spacing w:before="0" w:after="240"/>
      </w:pPr>
      <w:r>
        <w:t>I am drawn to [Company Name] because [add one genuine, specific reason: a project, value, or market position you can point to]. I appreciate organisations that prioritise community-led arts practice and create genuine opportunities for local voices to be heard. I would welcome the chance to contribute to your upcoming programs and partnerships.</w:t>
      </w:r>
    </w:p>
    <w:p>
      <w:pPr>
        <w:spacing w:before="0" w:after="240"/>
      </w:pPr>
      <w:r>
        <w:t>Thank you for considering my application. My resume is attached, and I look forward to the opportunity to discuss how my skills in community engagement, project management and creative production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