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Concrete Batching Plant Operator</w:t>
      </w:r>
    </w:p>
    <w:p>
      <w:pPr>
        <w:spacing w:before="0" w:after="240"/>
      </w:pPr>
      <w:r>
        <w:t>I am writing to apply for the Concrete Batching Plant Operator role at [Company Name]. With hands-on experience in ready-mixed concrete production and a strong focus on accuracy and safety, I am confident I can contribute to your team from day one.</w:t>
      </w:r>
    </w:p>
    <w:p>
      <w:pPr>
        <w:spacing w:before="0" w:after="240"/>
      </w:pPr>
      <w:r>
        <w:t>In my current role, I operate a computerised batching system to produce up to 100 cubic metres of concrete per shift. I regularly adjust for aggregate moisture and slump to keep loads within specification, which cut rejected loads from three per week to zero. I also coordinate dispatch for up to 15 trucks daily, ensuring delivery dockets are accurate and loads reach site within the workability window.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bring my batching and plant maintenance skills to your operation.</w:t>
      </w:r>
    </w:p>
    <w:p>
      <w:pPr>
        <w:spacing w:before="0" w:after="240"/>
      </w:pPr>
      <w:r>
        <w:t>Thank you for considering my application. Please find my resume attached, which details my experience and qualifications. I look forward to the opportunity to discuss how I can support your concrete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