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Concrete Products Machine Operator</w:t>
      </w:r>
    </w:p>
    <w:p>
      <w:pPr>
        <w:spacing w:before="0" w:after="240"/>
      </w:pPr>
      <w:r>
        <w:t>I am applying for the Concrete Products Machine Operator role with [Company Name]. My experience running moulding and casting equipment in a precast plant lines up closely with the work described: setting up machines, pouring to specification, monitoring curing and inspecting finished product before it leaves the yard.</w:t>
      </w:r>
    </w:p>
    <w:p>
      <w:pPr>
        <w:spacing w:before="0" w:after="240"/>
      </w:pPr>
      <w:r>
        <w:t>In my most recent plant role I ran a semi-automatic block line and a small pipe casting station. When changeovers were slowing the shift down, I worked through the setup sequence step by step, checking mould seating, vibration time and fill before each run instead of adjusting everything at once, and brought changeover down from around ninety minutes to under an hour. On the quality side, I inspect as product strips rather than at the end of the day, so cracked or honeycombed units get quarantined and the cause, usually vibration, release agent or mix consistency, gets fixed before the next pour. I also hold a current forklift licence and am confident on overhead cranes and around PLC controlled lines.</w:t>
      </w:r>
    </w:p>
    <w:p>
      <w:pPr>
        <w:spacing w:before="0" w:after="240"/>
      </w:pPr>
      <w:r>
        <w:t>The reason I want to work for [Company Name] is [add one genuine, specific reason: a project, value, or market position you can point to]. I am looking for a plant where quality and safety standards are taken seriously, and where an operator who flags problems early is valued rather than rushed.</w:t>
      </w:r>
    </w:p>
    <w:p>
      <w:pPr>
        <w:spacing w:before="0" w:after="240"/>
      </w:pPr>
      <w:r>
        <w:t>Thank you for considering my application. My resume is attached and covers my machine operation, crane and forklift experience and safety record in more detail. I would welcome the chance to walk through the plant and talk about how I would fit into your production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