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Concrete Pump Operator</w:t>
      </w:r>
    </w:p>
    <w:p>
      <w:pPr>
        <w:spacing w:before="0" w:after="240"/>
      </w:pPr>
      <w:r>
        <w:t>I am applying for the Concrete Pump Operator role at [Company Name]. With hands-on experience setting up and running boom and line pumps across residential and commercial pours, I keep concrete flowing safely and on schedule.</w:t>
      </w:r>
    </w:p>
    <w:p>
      <w:pPr>
        <w:spacing w:before="0" w:after="240"/>
      </w:pPr>
      <w:r>
        <w:t>In a recent role I ran a line pump on a basement pour where the only access was down a narrow ramp. I set up the pipeline with extra clamps at each bend, watched the pressure gauge closely and stayed on the radio with the concreters so we could slow the discharge when the formwork started to shift. We finished the pour without a blockage or blowout, and I was asked to run the pump for the next stage of the same project.</w:t>
      </w:r>
    </w:p>
    <w:p>
      <w:pPr>
        <w:spacing w:before="0" w:after="240"/>
      </w:pPr>
      <w:r>
        <w:t>I want to work for [Company Name] because [add one genuine, specific reason: a project, value, or market position you can point to].</w:t>
      </w:r>
    </w:p>
    <w:p>
      <w:pPr>
        <w:spacing w:before="0" w:after="240"/>
      </w:pPr>
      <w:r>
        <w:t>Thank you for considering my application. My resume is attached, and I am happy to discuss my tickets, licences and availability at your convenience.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