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Concreter</w:t>
      </w:r>
    </w:p>
    <w:p>
      <w:pPr>
        <w:spacing w:before="0" w:after="240"/>
      </w:pPr>
      <w:r>
        <w:t>I'm writing to apply for the Concreter position at [Company Name]. I have practical experience across the full concreting process, from formwork and reinforcement through to pouring, finishing and curing, and I'm looking for a role where that experience is put to steady use on a range of projects.</w:t>
      </w:r>
    </w:p>
    <w:p>
      <w:pPr>
        <w:spacing w:before="0" w:after="240"/>
      </w:pPr>
      <w:r>
        <w:t>On a recent slab pour, I picked up an inconsistency in the mix before it went down, flagged it with the supervisor and adjusted the batch to bring it back within spec. That kind of attention to detail, combined with knowing how to read plans and set out with a laser level, is what I bring to every job, along with the physical stamina the work demands.</w:t>
      </w:r>
    </w:p>
    <w:p>
      <w:pPr>
        <w:spacing w:before="0" w:after="240"/>
      </w:pPr>
      <w:r>
        <w:t>I'm keen to work with [Company Name] because [add one genuine, specific reason: a project, value, or market position you can point to]. It's the kind of environment where I think my skills in plant operation and finishing would add real value.</w:t>
      </w:r>
    </w:p>
    <w:p>
      <w:pPr>
        <w:spacing w:before="0" w:after="240"/>
      </w:pPr>
      <w:r>
        <w:t>Thank you for considering my application. I've attached my resume with further detail on my experience and qualifications,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