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Continuous Improvement Manager</w:t>
      </w:r>
    </w:p>
    <w:p>
      <w:pPr>
        <w:spacing w:before="0" w:after="240"/>
      </w:pPr>
      <w:r>
        <w:t>I am writing to apply for the Continuous Improvement Manager role at [Company Name]. With a background in manufacturing operations and a track record of using Lean and Six Sigma to reduce waste and lift performance, I am confident I can help your plant meet its cost and quality targets.</w:t>
      </w:r>
    </w:p>
    <w:p>
      <w:pPr>
        <w:spacing w:before="0" w:after="240"/>
      </w:pPr>
      <w:r>
        <w:t>In my current role, I led a kaizen workshop on a packaging line that had consistent changeover delays. By mapping the process with operators and applying SMED principles, we cut changeover time and freed up capacity without capital spend. I then built a visual management board and standard work instructions so the gain held long after the workshop ended.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my experience in process improvement and data analysis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