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Cook</w:t>
      </w:r>
    </w:p>
    <w:p>
      <w:pPr>
        <w:spacing w:before="0" w:after="240"/>
      </w:pPr>
      <w:r>
        <w:t>I'm writing to apply for the Cook position at [Company Name]. I have solid experience preparing and cooking meals to order in commercial kitchens, and I'm confident in my ability to keep pace during busy service while holding to your food safety and presentation standards.</w:t>
      </w:r>
    </w:p>
    <w:p>
      <w:pPr>
        <w:spacing w:before="0" w:after="240"/>
      </w:pPr>
      <w:r>
        <w:t>In my most recent kitchen role, I worked the grill and fry stations during dinner service, plating consistent portions while managing multiple orders at once. I kept close track of stock rotation and storage temperatures, which meant no food safety issues came up during health inspections while I was on shift. I've also trained newer kitchen staff on knife handling and prep routines, which helped speed up turnaround during busy periods.</w:t>
      </w:r>
    </w:p>
    <w:p>
      <w:pPr>
        <w:spacing w:before="0" w:after="240"/>
      </w:pPr>
      <w:r>
        <w:t>I'd like to work at [Company Name] specifically because [add one genuine, specific reason: a project, value, or market position you can point to]. That fits with how I like to work in a kitchen: consistent, organised, and focused on getting good food out on time.</w:t>
      </w:r>
    </w:p>
    <w:p>
      <w:pPr>
        <w:spacing w:before="0" w:after="240"/>
      </w:pPr>
      <w:r>
        <w:t>Thank you for considering my application. I've attached my resume with more detail on my kitchen experience and qualifications, and I'd welcome the chance to discuss the role further.</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