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left"/>
      </w:pPr>
      <w:r>
        <w:rPr>
          <w:b/>
          <w:color w:val="14161D"/>
          <w:sz w:val="48"/>
        </w:rPr>
        <w:t>Your Name</w:t>
      </w:r>
    </w:p>
    <w:p>
      <w:pPr>
        <w:spacing w:before="0" w:after="80"/>
        <w:jc w:val="left"/>
      </w:pPr>
      <w:r>
        <w:rPr>
          <w:color w:val="2F62D9"/>
          <w:sz w:val="26"/>
        </w:rPr>
        <w:t>Cook</w:t>
      </w:r>
    </w:p>
    <w:p>
      <w:pPr>
        <w:spacing w:before="0" w:after="200"/>
        <w:jc w:val="left"/>
      </w:pPr>
      <w:r>
        <w:rPr>
          <w:color w:val="4B5058"/>
          <w:sz w:val="19"/>
        </w:rPr>
        <w:t>your.email@example.com   •   0400 000 000   •   City, State   •   linkedin.com/in/yourname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PROFESSIONAL SUMMARY</w:t>
      </w:r>
    </w:p>
    <w:p>
      <w:pPr>
        <w:spacing w:before="0" w:after="200"/>
        <w:jc w:val="left"/>
      </w:pPr>
      <w:r>
        <w:t>Cook with hands-on experience preparing and cooking meals to order in fast-paced commercial kitchens. Comfortable working across grill, fry and stovetop stations while maintaining food safety standards and consistent plate presentation. Works well under service pressure and coordinates smoothly with front-of-house and kitchen colleagues.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KEY SKILLS</w:t>
      </w:r>
    </w:p>
    <w:p>
      <w:pPr>
        <w:spacing w:before="0" w:after="200"/>
        <w:jc w:val="left"/>
      </w:pPr>
      <w:r>
        <w:t>Food preparation and cooking   •   Food safety and hygiene   •   Commercial oven and stovetop operation   •   Knife skills and prep work   •   Portion control and plating   •   Food storage and refrigeration management   •   Time and deadline management   •   Attention to detail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EXPERIENCE</w:t>
      </w:r>
    </w:p>
    <w:p>
      <w:pPr>
        <w:tabs>
          <w:tab w:pos="9504" w:val="right"/>
        </w:tabs>
        <w:spacing w:before="0" w:after="0"/>
        <w:jc w:val="left"/>
      </w:pPr>
      <w:r>
        <w:rPr>
          <w:b/>
        </w:rPr>
        <w:t>Cook</w:t>
      </w:r>
      <w:r>
        <w:t>, [Company Name], [City]</w:t>
      </w:r>
      <w:r>
        <w:rPr>
          <w:i/>
        </w:rPr>
        <w:tab/>
        <w:t>[Month Year] – [Month Year / Present]</w:t>
      </w:r>
    </w:p>
    <w:p>
      <w:pPr>
        <w:pStyle w:val="ListBullet"/>
        <w:spacing w:after="80" w:line="276" w:lineRule="auto"/>
      </w:pPr>
      <w:r>
        <w:t>Prepared and portioned ingredients to recipe specifications for up to [X] covers per service, maintaining consistency across dishes</w:t>
      </w:r>
    </w:p>
    <w:p>
      <w:pPr>
        <w:pStyle w:val="ListBullet"/>
        <w:spacing w:after="80" w:line="276" w:lineRule="auto"/>
      </w:pPr>
      <w:r>
        <w:t>Operated grills, fryers, ovens and stovetops during peak service periods, keeping ticket times within kitchen targets</w:t>
      </w:r>
    </w:p>
    <w:p>
      <w:pPr>
        <w:pStyle w:val="ListBullet"/>
        <w:spacing w:after="80" w:line="276" w:lineRule="auto"/>
      </w:pPr>
      <w:r>
        <w:t>Followed food safety and hygiene protocols including temperature checks and stock rotation, maintaining a clean audit record</w:t>
      </w:r>
    </w:p>
    <w:p>
      <w:pPr>
        <w:pStyle w:val="ListBullet"/>
        <w:spacing w:after="80" w:line="276" w:lineRule="auto"/>
      </w:pPr>
      <w:r>
        <w:t>Plated and presented dishes to house standard, reducing returned meals during busy shifts</w:t>
      </w:r>
    </w:p>
    <w:p>
      <w:pPr>
        <w:pStyle w:val="ListBullet"/>
        <w:spacing w:after="80" w:line="276" w:lineRule="auto"/>
      </w:pPr>
      <w:r>
        <w:t>Coordinated with kitchen and front-of-house staff during service to keep orders moving smoothly through the pass</w:t>
      </w:r>
    </w:p>
    <w:p>
      <w:pPr>
        <w:pStyle w:val="ListBullet"/>
        <w:spacing w:after="240" w:line="276" w:lineRule="auto"/>
      </w:pPr>
      <w:r>
        <w:t>Managed food storage and stock levels to reduce wastage and prevent spoilage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EDUCATION</w:t>
      </w:r>
    </w:p>
    <w:p>
      <w:pPr>
        <w:spacing w:before="0" w:after="200"/>
        <w:jc w:val="left"/>
      </w:pPr>
      <w:r>
        <w:t>Typically a Certificate III in Commercial Cookery (or equivalent kitchen experience gained through an apprenticeship or traineeship), often combined with a Food Safety Supervisor certificate.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CERTIFICATIONS</w:t>
      </w:r>
    </w:p>
    <w:p>
      <w:pPr>
        <w:spacing w:before="0" w:after="200"/>
        <w:jc w:val="left"/>
      </w:pPr>
      <w:r>
        <w:t>[Certification name], [Issuing body], [Year]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REFERENCES</w:t>
      </w:r>
    </w:p>
    <w:p>
      <w:pPr>
        <w:spacing w:before="0" w:after="120"/>
        <w:jc w:val="left"/>
      </w:pPr>
      <w:r>
        <w:t>Available on request.</w:t>
      </w:r>
    </w:p>
    <w:p>
      <w:pPr>
        <w:spacing w:before="360" w:after="0"/>
        <w:jc w:val="left"/>
      </w:pPr>
      <w:r>
        <w:rPr>
          <w:i/>
          <w:color w:val="A39E98"/>
          <w:sz w:val="16"/>
        </w:rPr>
        <w:t>[Delete this line before submitting: template by careertips.com.au]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libri" w:hAnsi="Calibri"/>
      <w:color w:val="14161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