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Correctional Facility Manager</w:t>
      </w:r>
    </w:p>
    <w:p>
      <w:pPr>
        <w:spacing w:before="0" w:after="240"/>
      </w:pPr>
      <w:r>
        <w:t>I am writing to apply for the Correctional Facility Manager role at [Company Name]. With a background in custodial operations leadership and a strong record in security, compliance and staff management, I am confident I can contribute to the safe and lawful operation of your facility.</w:t>
      </w:r>
    </w:p>
    <w:p>
      <w:pPr>
        <w:spacing w:before="0" w:after="240"/>
      </w:pPr>
      <w:r>
        <w:t>In my current role as a senior custodial operations manager, I led a facility-wide review of rostering and emergency response procedures. By aligning shift patterns with peak incident times and introducing monthly emergency drills, we reduced response times to critical incidents from several minutes to under two, and improved staff confidence in managing complex situations. I also implemented a compliance audit schedule that cut repeat findings from internal reviews.</w:t>
      </w:r>
    </w:p>
    <w:p>
      <w:pPr>
        <w:spacing w:before="0" w:after="240"/>
      </w:pPr>
      <w:r>
        <w:t>I am particularly drawn to [Company Name] because [add one genuine, specific reason: a project, value, or market position you can point to]. I would welcome the opportunity to bring my operational leadership and commitment to humane custody to your team.</w:t>
      </w:r>
    </w:p>
    <w:p>
      <w:pPr>
        <w:spacing w:before="0" w:after="240"/>
      </w:pPr>
      <w:r>
        <w:t>Thank you for considering my application. My resume is attached for your review, and I look forward to discussing how my experience aligns with your needs.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