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Courier</w:t>
      </w:r>
    </w:p>
    <w:p>
      <w:pPr>
        <w:spacing w:before="0" w:after="240"/>
      </w:pPr>
      <w:r>
        <w:t>I'm writing to apply for the Courier position with [Company Name]. I have a current driver's licence, solid road knowledge and a track record of hitting delivery windows without cutting corners on handling or safety.</w:t>
      </w:r>
    </w:p>
    <w:p>
      <w:pPr>
        <w:spacing w:before="0" w:after="240"/>
      </w:pPr>
      <w:r>
        <w:t>In my most recent courier work, I managed a full day route of parcel and document deliveries, using GPS and logistics software to reorder stops when addresses changed or traffic blocked a route. I kept proof-of-delivery records accurate on a mobile device for every drop and dealt with customer questions about missed time slots directly, which kept complaint escalations to a minimum over the run.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route planning and customer handling experience to your delivery team.</w:t>
      </w:r>
    </w:p>
    <w:p>
      <w:pPr>
        <w:spacing w:before="0" w:after="240"/>
      </w:pPr>
      <w:r>
        <w:t>Thank you for considering my application. I've attached my resume and would welcome the opportunity to discuss how I can contribute to your delivery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