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Court Officer</w:t>
      </w:r>
    </w:p>
    <w:p>
      <w:pPr>
        <w:spacing w:before="0" w:after="240"/>
      </w:pPr>
      <w:r>
        <w:t>I am writing to apply for the Court Officer role at [Company Name]. With a background in court registry operations and courtroom support, I am confident I can help your team manage case files, listings and court records accurately and respectfully.</w:t>
      </w:r>
    </w:p>
    <w:p>
      <w:pPr>
        <w:spacing w:before="0" w:after="240"/>
      </w:pPr>
      <w:r>
        <w:t>In my previous role, I prepared and filed court documents for a busy weekly list. I checked every file against the court's procedural checklist, confirmed that affidavits and exhibits were filed on time, and flagged missing documents to the registrar before the hearing day. That attention to detail meant fewer adjournments and a smoother courtroom schedule for everyone involved.</w:t>
      </w:r>
    </w:p>
    <w:p>
      <w:pPr>
        <w:spacing w:before="0" w:after="240"/>
      </w:pPr>
      <w:r>
        <w:t>I want to work for [Company Name] because [add one genuine, specific reason: a project, value, or market position you can point to]. I have a strong interest in your court's work and would value the opportunity to support its operations.</w:t>
      </w:r>
    </w:p>
    <w:p>
      <w:pPr>
        <w:spacing w:before="0" w:after="240"/>
      </w:pPr>
      <w:r>
        <w:t>Thank you for considering my application. I have attached my resume and would welcome the opportunity to discuss how my skills in case management, listings and court procedure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