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b/>
          <w:color w:val="14161D"/>
          <w:sz w:val="40"/>
        </w:rPr>
        <w:t>Your Name</w:t>
      </w:r>
    </w:p>
    <w:p>
      <w:pPr>
        <w:spacing w:before="0" w:after="320"/>
      </w:pPr>
      <w:r>
        <w:rPr>
          <w:color w:val="4B5058"/>
          <w:sz w:val="19"/>
        </w:rPr>
        <w:t>your.email@example.com   •   0400 000 000</w:t>
      </w:r>
    </w:p>
    <w:p>
      <w:pPr>
        <w:spacing w:before="0" w:after="200"/>
      </w:pPr>
      <w:r>
        <w:t>[Date]</w:t>
      </w:r>
    </w:p>
    <w:p>
      <w:pPr>
        <w:spacing w:before="0" w:after="200"/>
      </w:pPr>
      <w:r>
        <w:t>[Hiring Manager Name]</w:t>
        <w:br/>
        <w:t>[Company Name]</w:t>
        <w:br/>
        <w:t>[Company Address]</w:t>
      </w:r>
    </w:p>
    <w:p>
      <w:pPr>
        <w:spacing w:before="120" w:after="280"/>
        <w:pBdr>
          <w:bottom w:val="single" w:sz="6" w:space="4" w:color="DFDED8"/>
        </w:pBdr>
      </w:pPr>
      <w:r>
        <w:rPr>
          <w:b/>
          <w:color w:val="2F62D9"/>
          <w:sz w:val="24"/>
        </w:rPr>
        <w:t>Re: Application for Crowd Controller</w:t>
      </w:r>
    </w:p>
    <w:p>
      <w:pPr>
        <w:spacing w:before="0" w:after="240"/>
      </w:pPr>
      <w:r>
        <w:t>I am writing to apply for the Crowd Controller position at [Company Name]. With a current security licence (crowd control endorsement), RSA certification, and hands-on experience managing crowds at licensed venues and events, I am confident I can help keep your patrons safe and your operations compliant.</w:t>
      </w:r>
    </w:p>
    <w:p>
      <w:pPr>
        <w:spacing w:before="0" w:after="240"/>
      </w:pPr>
      <w:r>
        <w:t>In my most recent role, I managed entry flow for a venue with a capacity of 800 patrons. I checked identification and tickets at the door, monitored crowd density on the floor, and responded to a medical incident by clearing a path for paramedics and coordinating with venue management. My calm approach and clear radio communication helped resolve the situation without further disruption.</w:t>
      </w:r>
    </w:p>
    <w:p>
      <w:pPr>
        <w:spacing w:before="0" w:after="240"/>
      </w:pPr>
      <w:r>
        <w:t>I am drawn to [Company Name] because [add one genuine, specific reason: a project, value, or market position you can point to]. I want to bring my experience in de-escalation and compliance to a team that takes patron safety seriously.</w:t>
      </w:r>
    </w:p>
    <w:p>
      <w:pPr>
        <w:spacing w:before="0" w:after="240"/>
      </w:pPr>
      <w:r>
        <w:t>Thank you for considering my application. I have attached my resume and would welcome the opportunity to discuss how my skills fit your needs.</w:t>
      </w:r>
    </w:p>
    <w:p>
      <w:pPr>
        <w:spacing w:before="160" w:after="0"/>
      </w:pPr>
      <w:r>
        <w:t>Kind regards,</w:t>
        <w:br/>
        <w:t>Your Name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30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