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Crusher Operator</w:t>
      </w:r>
    </w:p>
    <w:p>
      <w:pPr>
        <w:spacing w:before="0" w:after="240"/>
      </w:pPr>
      <w:r>
        <w:t>I am applying for the Crusher Operator role at [Company Name]. With hands-on experience running fixed crushing plant across mining and quarrying sites, I can step in and keep your crushing circuit producing consistent material from the first shift.</w:t>
      </w:r>
    </w:p>
    <w:p>
      <w:pPr>
        <w:spacing w:before="0" w:after="240"/>
      </w:pPr>
      <w:r>
        <w:t>In my current role, I operated a jaw and cone crusher combination feeding a screening plant. When we started seeing more blockages at the transfer chute during wet weather, I adjusted the feed rate, checked the belt scrapers and worked with the supervisor to change the chute liner timing. That cut unplanned stoppages on that circuit from several per week to roughly one a month, and helped the plant stay on schedule for the daily haulage targets.</w:t>
      </w:r>
    </w:p>
    <w:p>
      <w:pPr>
        <w:spacing w:before="0" w:after="240"/>
      </w:pPr>
      <w:r>
        <w:t>I want to work for [Company Name] because [add one genuine, specific reason: a project, value, or market position you can point to]. I am looking for a site where safety and consistent plant performance are treated as the same job, not competing priorities.</w:t>
      </w:r>
    </w:p>
    <w:p>
      <w:pPr>
        <w:spacing w:before="0" w:after="240"/>
      </w:pPr>
      <w:r>
        <w:t>Thank you for considering my application. I have attached my resume and would welcome the chance to talk through how my crushing plant experience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