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Curriculum Coordinator</w:t>
      </w:r>
    </w:p>
    <w:p>
      <w:pPr>
        <w:spacing w:before="0" w:after="240"/>
      </w:pPr>
      <w:r>
        <w:t>I'm writing to apply for the Curriculum Coordinator position at [Company Name]. My background in designing and reviewing course content against national and vocational standards lines up closely with what this role needs, particularly the balance between pedagogy and compliance.</w:t>
      </w:r>
    </w:p>
    <w:p>
      <w:pPr>
        <w:spacing w:before="0" w:after="240"/>
      </w:pPr>
      <w:r>
        <w:t>In a recent curriculum review, I worked through a full semester of student achievement data alongside staff feedback to pinpoint where a course sequence was leaving learners underprepared for later units. I coordinated the rewrite with the relevant teaching team, standardised the assessment templates that came out of it, and the revised sequence went into the following year's program without further rework. That kind of close-the-loop process, from data to resource to classroom, is where I do my best work.</w:t>
      </w:r>
    </w:p>
    <w:p>
      <w:pPr>
        <w:spacing w:before="0" w:after="240"/>
      </w:pPr>
      <w:r>
        <w:t>What draws me to [Company Name] specifically is [add one genuine, specific reason: a project, value, or market position you can point to]. I want to bring my curriculum design and stakeholder coordination skills to an organisation where that reason actually matters day to day.</w:t>
      </w:r>
    </w:p>
    <w:p>
      <w:pPr>
        <w:spacing w:before="0" w:after="240"/>
      </w:pPr>
      <w:r>
        <w:t>Thank you for considering my application. I've attached my resume with further detail on my curriculum design and coordination experience,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