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Customer Experience Manager</w:t>
      </w:r>
    </w:p>
    <w:p>
      <w:pPr>
        <w:spacing w:before="0" w:after="240"/>
      </w:pPr>
      <w:r>
        <w:t>I am writing to apply for the Customer Experience Manager role at [Company Name]. I map customer journeys, find the moments that frustrate people, and work with the teams who own those touchpoints to fix the underlying process.</w:t>
      </w:r>
    </w:p>
    <w:p>
      <w:pPr>
        <w:spacing w:before="0" w:after="240"/>
      </w:pPr>
      <w:r>
        <w:t>In my current role, I noticed that customers who contacted us about a delayed online order were often passed between the call centre and the store. I mapped that journey, pulled several months of Qualtrics feedback and Salesforce cases, and briefed both teams on a single handoff script and a shared tracking view in Salesforce. Repeat contacts on that issue dropped noticeably over the next quarter, and the fix became the template for two other complaint types.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talk through how I can help [Company Name] improve its customer journeys.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