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Customer Success Manager</w:t>
      </w:r>
    </w:p>
    <w:p>
      <w:pPr>
        <w:spacing w:before="0" w:after="240"/>
      </w:pPr>
      <w:r>
        <w:t>I am writing to apply for the Customer Success Manager role at [Company Name]. After several years managing client relationships in software and professional services, I am confident I can help your customers get real value from the product and renew with confidence.</w:t>
      </w:r>
    </w:p>
    <w:p>
      <w:pPr>
        <w:spacing w:before="0" w:after="240"/>
      </w:pPr>
      <w:r>
        <w:t>In my current role, I look after a portfolio of accounts from onboarding through to renewal. One client had stalled adoption after a team restructure, so I ran a short series of check-ins with the new managers, rebuilt their success plan around the workflows they actually used, and coordinated training sessions with our support team. Within a quarter they were using the product daily, and the renewal conversation moved from a defensive review to a discussion about expanding into another division.</w:t>
      </w:r>
    </w:p>
    <w:p>
      <w:pPr>
        <w:spacing w:before="0" w:after="240"/>
      </w:pPr>
      <w:r>
        <w:t>Why this employer: [add one genuine, specific reason: a project, value, or market position you can point to]. I want to bring my retention and growth experience to [Company Name] because I am looking for a team where customer outcomes are treated as a shared responsibility across sales, support and product.</w:t>
      </w:r>
    </w:p>
    <w:p>
      <w:pPr>
        <w:spacing w:before="0" w:after="240"/>
      </w:pPr>
      <w:r>
        <w:t>Thank you for considering my application. I have attached my resume and would welcome the chance to discuss how I can support your customers and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