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Cyber Security Engineer</w:t>
      </w:r>
    </w:p>
    <w:p>
      <w:pPr>
        <w:spacing w:before="0" w:after="240"/>
      </w:pPr>
      <w:r>
        <w:t>I am applying for the Cyber Security Engineer role at [Company Name]. My background sits across security operations and cloud security engineering, and the blend of monitoring, incident response and control design in this position matches the work I do day to day.</w:t>
      </w:r>
    </w:p>
    <w:p>
      <w:pPr>
        <w:spacing w:before="0" w:after="240"/>
      </w:pPr>
      <w:r>
        <w:t>In my current role I rebuilt our alert triage process after a run of low-severity indicators slipped past review. I mapped our detection rules against MITRE ATT&amp;CK, retired the ones that fired constantly without adding value, and wrote new Splunk searches for the blind spots. Average triage time per alert came down from roughly 20 minutes to under 5, and the team caught two genuine intrusions in the following quarter that the old rules would have missed. I also led containment for a credential-stuffing attempt against our customer portal, locking the affected accounts and adding conditional access rules overnight, then wrote the post-incident review that led to a permanent change in how authentication is handled.</w:t>
      </w:r>
    </w:p>
    <w:p>
      <w:pPr>
        <w:spacing w:before="0" w:after="240"/>
      </w:pPr>
      <w:r>
        <w:t>[add one genuine, specific reason: a project, value, or market position you can point to]</w:t>
      </w:r>
    </w:p>
    <w:p>
      <w:pPr>
        <w:spacing w:before="0" w:after="240"/>
      </w:pPr>
      <w:r>
        <w:t>Thank you for considering my application. My resume is attached and covers my technical background and certifications in more detail, and I would welcome the chance to talk through how I would approach the security challenges your team is facing.</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