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Dancer</w:t>
      </w:r>
    </w:p>
    <w:p>
      <w:pPr>
        <w:spacing w:before="0" w:after="240"/>
      </w:pPr>
      <w:r>
        <w:t>I am writing to apply for the Dancer role with [Company Name]. My training spans contemporary, classical and commercial work, and I bring a rehearsal room manner that lets a choreographer move quickly without losing the detail of the material.</w:t>
      </w:r>
    </w:p>
    <w:p>
      <w:pPr>
        <w:spacing w:before="0" w:after="240"/>
      </w:pPr>
      <w:r>
        <w:t>In my most recent contract with a small ensemble staging a new contemporary work, I learned three understudy parts on top of my own during the final weeks before opening. I kept a video log of each run through and reviewed it after rehearsals, so by tech week I knew the spacing, entrances and cues for every track. When a cast member was injured mid-season, the show continued without a pause and without extra rehearsal time.</w:t>
      </w:r>
    </w:p>
    <w:p>
      <w:pPr>
        <w:spacing w:before="0" w:after="240"/>
      </w:pPr>
      <w:r>
        <w:t>I would like to work with [Company Name] because [add one genuine, specific reason: a project, value, or market position you can point to]. I am drawn to companies that treat dancers as collaborators in the creation process, and I would welcome the chance to contribute to what you are building.</w:t>
      </w:r>
    </w:p>
    <w:p>
      <w:pPr>
        <w:spacing w:before="0" w:after="240"/>
      </w:pPr>
      <w:r>
        <w:t>Thank you for considering my application. My resume is attached and sets out my training, performance history and teaching work, and I am happy to attend an audition or interview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