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Data Analyst</w:t>
      </w:r>
    </w:p>
    <w:p>
      <w:pPr>
        <w:spacing w:before="0" w:after="240"/>
      </w:pPr>
      <w:r>
        <w:t>I'm writing to apply for the Data Analyst role at [Company Name]. I work well at the point where raw data, business questions and decision-makers meet, and that's exactly what this role asks for.</w:t>
      </w:r>
    </w:p>
    <w:p>
      <w:pPr>
        <w:spacing w:before="0" w:after="240"/>
      </w:pPr>
      <w:r>
        <w:t>In my most recent analyst work I inherited a set of manual monthly reports built from three separate source systems. I rebuilt the process as a Power BI dashboard with a documented SQL pipeline behind it, so the numbers matched every time and the team stopped re-checking figures before meetings. That kind of quiet reliability, dashboards nobody has to double-check, is the standard I hold my analysis to.</w:t>
      </w:r>
    </w:p>
    <w:p>
      <w:pPr>
        <w:spacing w:before="0" w:after="240"/>
      </w:pPr>
      <w:r>
        <w:t>[Company Name] [add one genuine, specific reason: a project, value, or market position you can point to], and that's the kind of environment where I want to put this skill set to work.</w:t>
      </w:r>
    </w:p>
    <w:p>
      <w:pPr>
        <w:spacing w:before="0" w:after="240"/>
      </w:pPr>
      <w:r>
        <w:t>Thank you for considering my application. I've attached my resume with more detail on my analysis and reporting background, and I'd welcome the chance to talk through how I could contribute to your data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