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Data Cabler</w:t>
      </w:r>
    </w:p>
    <w:p>
      <w:pPr>
        <w:spacing w:before="0" w:after="240"/>
      </w:pPr>
      <w:r>
        <w:t>I am writing to apply for the Data Cabler position at [Company Name]. With hands-on experience in structured cabling installation and maintenance, I am confident I can contribute to your team.</w:t>
      </w:r>
    </w:p>
    <w:p>
      <w:pPr>
        <w:spacing w:before="0" w:after="240"/>
      </w:pPr>
      <w:r>
        <w:t>In my previous role, I completed a large-scale office fit-out where I installed and tested over 500 data points across copper and fibre. By carefully reading plans and coordinating with other trades, I finished ahead of schedule and passed all certification tests on the first attempt.</w:t>
      </w:r>
    </w:p>
    <w:p>
      <w:pPr>
        <w:spacing w:before="0" w:after="240"/>
      </w:pPr>
      <w:r>
        <w:t>I am drawn to [Company Name] because [add one genuine, specific reason: a project, value, or market position you can point to]. I am eager to bring my skills to a team that values quality and safety.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