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Data Centre Technician</w:t>
      </w:r>
    </w:p>
    <w:p>
      <w:pPr>
        <w:spacing w:before="0" w:after="240"/>
      </w:pPr>
      <w:r>
        <w:t>I am writing to apply for the Data Centre Technician role at [Company Name]. The work described, keeping server, storage and network hardware running in a live hall under strict change and security controls, is exactly what I do now and what I want to keep doing at a larger scale.</w:t>
      </w:r>
    </w:p>
    <w:p>
      <w:pPr>
        <w:spacing w:before="0" w:after="240"/>
      </w:pPr>
      <w:r>
        <w:t>In my current role I took over the spare parts and asset records for two data halls after a run of slow incident responses. I rebuilt the parts inventory around what we actually consumed, set a reorder point for the failure types we saw most often, and relabelled every rack and cable run against the as-built drawings. The next time a power supply failed on a Friday night, the on-call technician had the right part and the correct slot identified straight away and the host was back in service well inside the outage window.</w:t>
      </w:r>
    </w:p>
    <w:p>
      <w:pPr>
        <w:spacing w:before="0" w:after="240"/>
      </w:pPr>
      <w:r>
        <w:t>I am applying to [Company Name] because [add one genuine, specific reason: a project, value, or market position you can point to]. I would like to bring my hardware and monitoring experience to a team where that kind of reliability matters to the people using the service.</w:t>
      </w:r>
    </w:p>
    <w:p>
      <w:pPr>
        <w:spacing w:before="0" w:after="240"/>
      </w:pPr>
      <w:r>
        <w:t>Thank you for considering my application. My resume is attached and sets out my experience with racking, cabling, environmental monitoring, diagnostics and escalation, and I would welcome the chance to talk through how I would fit your roster.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