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Data Engineer</w:t>
      </w:r>
    </w:p>
    <w:p>
      <w:pPr>
        <w:spacing w:before="0" w:after="240"/>
      </w:pPr>
      <w:r>
        <w:t>I'm writing to apply for the Data Engineer role at [Company Name]. I build and maintain the pipelines and cloud infrastructure that turn raw source data into something analysts and machine learning teams can rely on, and that's the core of what this position needs.</w:t>
      </w:r>
    </w:p>
    <w:p>
      <w:pPr>
        <w:spacing w:before="0" w:after="240"/>
      </w:pPr>
      <w:r>
        <w:t>In a recent project I rebuilt a batch ETL process that was prone to silent failures, moving it to an Airflow-orchestrated workflow with automated data quality checks at each stage. The change meant broken source data was caught before it reached downstream reports rather than being discovered days later by an analyst, and it cut the time spent diagnosing failed jobs considerably.</w:t>
      </w:r>
    </w:p>
    <w:p>
      <w:pPr>
        <w:spacing w:before="0" w:after="240"/>
      </w:pPr>
      <w:r>
        <w:t>What draws me to [Company Name] specifically is [add one genuine, specific reason: a project, value, or market position you can point to]. I want to bring my pipeline and cloud infrastructure experience to a team working on problems at that scale.</w:t>
      </w:r>
    </w:p>
    <w:p>
      <w:pPr>
        <w:spacing w:before="0" w:after="240"/>
      </w:pPr>
      <w:r>
        <w:t>Thank you for considering my application. I've attached my resume with further detail on my experience with ETL development, cloud data warehousing and cross-team collaboration with analysts and data scientists, and I'd welcome the chance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