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Data Entry Clerk</w:t>
      </w:r>
    </w:p>
    <w:p>
      <w:pPr>
        <w:spacing w:before="0" w:after="240"/>
      </w:pPr>
      <w:r>
        <w:t>I am writing to apply for the Data Entry Clerk position at [Company Name]. With a strong record of accurate, high-volume data processing and a commitment to data integrity, I am confident I can contribute to your team.</w:t>
      </w:r>
    </w:p>
    <w:p>
      <w:pPr>
        <w:spacing w:before="0" w:after="240"/>
      </w:pPr>
      <w:r>
        <w:t>In my previous role, I was responsible for entering patient details from scanned forms into the practice management system. I routinely ran OCR software over the scans and corrected misread entries before they were saved. By cross-checking against source documents and using validation rules in Excel, I reduced the number of errors that reached monthly reports. I also reorganised the digital filing system so that records could be located quickly, which saved colleagues time when preparing for audits.</w:t>
      </w:r>
    </w:p>
    <w:p>
      <w:pPr>
        <w:spacing w:before="0" w:after="240"/>
      </w:pPr>
      <w:r>
        <w:t>I am drawn to [Company Name] because [add one genuine, specific reason: a project, value, or market position you can point to].</w:t>
      </w:r>
    </w:p>
    <w:p>
      <w:pPr>
        <w:spacing w:before="0" w:after="240"/>
      </w:pPr>
      <w:r>
        <w:t>Thank you for considering my application. My resume is attached, and I look forward to the opportunity to discuss how I can support your data entry needs.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