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Data Scientist</w:t>
      </w:r>
    </w:p>
    <w:p>
      <w:pPr>
        <w:spacing w:before="0" w:after="240"/>
      </w:pPr>
      <w:r>
        <w:t>I'm writing to apply for the Data Scientist role at [Company Name]. My work sits at the point where statistical modelling meets shipped product, and I'm equally comfortable validating a model's assumptions and explaining its limitations to a stakeholder who doesn't care about the maths.</w:t>
      </w:r>
    </w:p>
    <w:p>
      <w:pPr>
        <w:spacing w:before="0" w:after="240"/>
      </w:pPr>
      <w:r>
        <w:t>In a recent project I designed an experiment to test a proposed change before it went live, setting up the measurement framework, checking for confounding factors, and presenting the result in plain terms to the team deciding whether to proceed. That same discipline carries through to model building: I don't consider a model finished until I've stress-tested it against edge cases and confirmed it holds up once engineering has it running in production.</w:t>
      </w:r>
    </w:p>
    <w:p>
      <w:pPr>
        <w:spacing w:before="0" w:after="240"/>
      </w:pPr>
      <w:r>
        <w:t>What draws me to [Company Name] specifically is [add one genuine, specific reason: a project, value, or market position you can point to]. Data science is increasingly splitting into engineering-heavy and analysis-heavy tracks, and I want to work somewhere that's deliberate about which one it's asking for and why.</w:t>
      </w:r>
    </w:p>
    <w:p>
      <w:pPr>
        <w:spacing w:before="0" w:after="240"/>
      </w:pPr>
      <w:r>
        <w:t>Thank you for considering my application. I've attached my resume, which sets out my experience with model deployment, experiment design and stakeholder communication in more detail,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