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Deckhand</w:t>
      </w:r>
    </w:p>
    <w:p>
      <w:pPr>
        <w:spacing w:before="0" w:after="240"/>
      </w:pPr>
      <w:r>
        <w:t>I'm writing to apply for the Deckhand position with [Company Name]. I've spent time working the deck on commercial vessels, and the mix of physical work, equipment handling and safety discipline this role demands suits how I like to work.</w:t>
      </w:r>
    </w:p>
    <w:p>
      <w:pPr>
        <w:spacing w:before="0" w:after="240"/>
      </w:pPr>
      <w:r>
        <w:t>On a recent voyage I was responsible for securing a mixed cargo load in worsening sea conditions, checking lashing points and turnbuckles against the stability plan before we cleared port. The load held without incident through the crossing, and the Master noted it in the deck log as a clean example of pre-departure prep. I bring that same attention to detail to deck maintenance and mooring work, where a missed check can cost the whole crew time or safety margin.</w:t>
      </w:r>
    </w:p>
    <w:p>
      <w:pPr>
        <w:spacing w:before="0" w:after="240"/>
      </w:pPr>
      <w:r>
        <w:t>[add one genuine, specific reason: a project, value, or market position you can point to] is part of why I want to work with [Company Name] specifically, rather than just any operator in the sector.</w:t>
      </w:r>
    </w:p>
    <w:p>
      <w:pPr>
        <w:spacing w:before="0" w:after="240"/>
      </w:pPr>
      <w:r>
        <w:t>Thank you for considering my application. I've attached my resume, which sets out my sea time, tickets and deck experience in more detail, and I'd welcome the chance to discuss how I could fit into your crew.</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