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Defence Force Officer</w:t>
      </w:r>
    </w:p>
    <w:p>
      <w:pPr>
        <w:spacing w:before="0" w:after="240"/>
      </w:pPr>
      <w:r>
        <w:t>I am writing to apply for the role of Defence Force Officer with [Company Name]. With my experience leading ADF personnel and planning complex operations, I am confident I can contribute to your command team from day one.</w:t>
      </w:r>
    </w:p>
    <w:p>
      <w:pPr>
        <w:spacing w:before="0" w:after="240"/>
      </w:pPr>
      <w:r>
        <w:t>In my previous role, I led a platoon of 30 personnel through a demanding training exercise that required coordination of logistics, welfare, and operational planning. I worked closely with senior command and external stakeholders to ensure all objectives were met ahead of schedule, and the exercise was completed without any safety incidents. This experience taught me the importance of clear communication and decisive leadership under pressure.</w:t>
      </w:r>
    </w:p>
    <w:p>
      <w:pPr>
        <w:spacing w:before="0" w:after="240"/>
      </w:pPr>
      <w:r>
        <w:t>I am drawn to [Company Name] because [add one genuine, specific reason: a project, value, or market position you can point to]. I want to contribute to an organisation that values integrity and teamwork, and I am keen to bring my skills in strategy, operations, and people leadership to your team.</w:t>
      </w:r>
    </w:p>
    <w:p>
      <w:pPr>
        <w:spacing w:before="0" w:after="240"/>
      </w:pPr>
      <w:r>
        <w:t>Thank you for considering my application. My resume is attached for your review, and I look forward to the opportunity to discuss how I can support your mission.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