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Delivery Driver</w:t>
      </w:r>
    </w:p>
    <w:p>
      <w:pPr>
        <w:spacing w:before="0" w:after="240"/>
      </w:pPr>
      <w:r>
        <w:t>I am writing to apply for the Delivery Driver position at [Company Name]. I bring a dependable driving record, strong route-planning skills and a customer-first approach to time-sensitive deliveries, which matches the pace and accountability this role demands.</w:t>
      </w:r>
    </w:p>
    <w:p>
      <w:pPr>
        <w:spacing w:before="0" w:after="240"/>
      </w:pPr>
      <w:r>
        <w:t>In my most recent delivery role, I managed a daily run of residential and business drop-offs, using GPS software to re-sequence stops around peak traffic and roadworks. This kept my on-time delivery rate consistently high and cut down missed time windows, while my proof-of-delivery records stayed accurate enough that the depot rarely needed to follow up on disputed deliveries.</w:t>
      </w:r>
    </w:p>
    <w:p>
      <w:pPr>
        <w:spacing w:before="0" w:after="240"/>
      </w:pPr>
      <w:r>
        <w:t>[add one genuine, specific reason: a project, value, or market position you can point to] is what draws me to [Company Name] specifically, beyond the general appeal of the role.</w:t>
      </w:r>
    </w:p>
    <w:p>
      <w:pPr>
        <w:spacing w:before="0" w:after="240"/>
      </w:pPr>
      <w:r>
        <w:t>Thank you for considering my application. I have attached my resume with further detail on my driving history and delivery experience, and I would welcome the chance to discuss how I can support your delivery operation.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