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Demand Planner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Demand planner with a strong analytical background in supply chain forecasting. I build rolling demand plans that balance sales history, market signals and business drivers, and I work closely with sales, marketing and finance to keep the forecast honest. My approach combines statistical modelling in tools such as SAP APO and Kinaxis RapidResponse with clear communication of the numbers that operations and procurement plan against.</w:t>
      </w:r>
    </w:p>
    <w:p>
      <w:pPr>
        <w:spacing w:before="280" w:after="120"/>
        <w:jc w:val="left"/>
        <w:pBdr>
          <w:bottom w:val="single" w:sz="6" w:space="4" w:color="DFDED8"/>
        </w:pBdr>
      </w:pPr>
      <w:r>
        <w:rPr>
          <w:b/>
          <w:color w:val="2F62D9"/>
          <w:sz w:val="22"/>
        </w:rPr>
        <w:t>KEY SKILLS</w:t>
      </w:r>
    </w:p>
    <w:p>
      <w:pPr>
        <w:spacing w:before="0" w:after="200"/>
        <w:jc w:val="left"/>
      </w:pPr>
      <w:r>
        <w:t>Data analysis   •   Statistical modelling   •   Supply chain planning   •   Budgeting and forecasting   •   Demand forecasting   •   SAP APO   •   Kinaxis RapidResponse   •   Excel (advanced)   •   Tableau   •   Python or R   •   Problem solving   •   Sales and operations planning (S&amp;OP)</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Demand Planner</w:t>
      </w:r>
      <w:r>
        <w:t>, [Company Name], [City]</w:t>
      </w:r>
      <w:r>
        <w:rPr>
          <w:i/>
        </w:rPr>
        <w:tab/>
        <w:t>[Month Year] – [Month Year / Present]</w:t>
      </w:r>
    </w:p>
    <w:p>
      <w:pPr>
        <w:pStyle w:val="ListBullet"/>
        <w:spacing w:after="80" w:line="276" w:lineRule="auto"/>
      </w:pPr>
      <w:r>
        <w:t>Analysed three years of sales history across 2,400 SKUs to build a rolling 12-month demand forecast, cutting excess weeks of cover on slow-moving lines.</w:t>
      </w:r>
    </w:p>
    <w:p>
      <w:pPr>
        <w:pStyle w:val="ListBullet"/>
        <w:spacing w:after="80" w:line="276" w:lineRule="auto"/>
      </w:pPr>
      <w:r>
        <w:t>Built and maintained statistical models in SAP APO and Kinaxis RapidResponse, adjusting for seasonality, promotions and new product launches.</w:t>
      </w:r>
    </w:p>
    <w:p>
      <w:pPr>
        <w:pStyle w:val="ListBullet"/>
        <w:spacing w:after="80" w:line="276" w:lineRule="auto"/>
      </w:pPr>
      <w:r>
        <w:t>Met with sales and marketing each month to test forecast assumptions, incorporating 30 to 40 promotions into the plan and reducing surprise stockouts at peak.</w:t>
      </w:r>
    </w:p>
    <w:p>
      <w:pPr>
        <w:pStyle w:val="ListBullet"/>
        <w:spacing w:after="80" w:line="276" w:lineRule="auto"/>
      </w:pPr>
      <w:r>
        <w:t>Tracked forecast accuracy against actual sales, realigning model parameters when error drifted beyond acceptable limits.</w:t>
      </w:r>
    </w:p>
    <w:p>
      <w:pPr>
        <w:pStyle w:val="ListBullet"/>
        <w:spacing w:after="240" w:line="276" w:lineRule="auto"/>
      </w:pPr>
      <w:r>
        <w:t>Presented the monthly demand forecast to operations and finance, aligning production volumes and purchase orders with expected customer demand.</w:t>
      </w:r>
    </w:p>
    <w:p>
      <w:pPr>
        <w:spacing w:before="280" w:after="120"/>
        <w:jc w:val="left"/>
        <w:pBdr>
          <w:bottom w:val="single" w:sz="6" w:space="4" w:color="DFDED8"/>
        </w:pBdr>
      </w:pPr>
      <w:r>
        <w:rPr>
          <w:b/>
          <w:color w:val="2F62D9"/>
          <w:sz w:val="22"/>
        </w:rPr>
        <w:t>EDUCATION</w:t>
      </w:r>
    </w:p>
    <w:p>
      <w:pPr>
        <w:spacing w:before="0" w:after="200"/>
        <w:jc w:val="left"/>
      </w:pPr>
      <w:r>
        <w:t>Bachelor degree in supply chain management, business, commerce or a related field, or a Diploma of Logistics or Supply Chain Management. Some demand planners enter through a Certificate IV in Supply Chain Operations and build forecasting experience on the job.</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