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Demolition Worker</w:t>
      </w:r>
    </w:p>
    <w:p>
      <w:pPr>
        <w:spacing w:before="0" w:after="240"/>
      </w:pPr>
      <w:r>
        <w:t>I am writing to apply for the Demolition Worker role at [Company Name]. With hands-on experience dismantling structures safely and sorting materials for recovery, I am ready to contribute to your team from day one.</w:t>
      </w:r>
    </w:p>
    <w:p>
      <w:pPr>
        <w:spacing w:before="0" w:after="240"/>
      </w:pPr>
      <w:r>
        <w:t>On a recent commercial demolition, I removed internal fixtures and hazardous materials, then operated an excavator to break down concrete footings. I sorted timber, metals and concrete into separate streams, which cut the number of waste truck movements and improved recycling rates. I also erected hoardings and fencing to keep the public safe.</w:t>
      </w:r>
    </w:p>
    <w:p>
      <w:pPr>
        <w:spacing w:before="0" w:after="240"/>
      </w:pPr>
      <w:r>
        <w:t>[add one genuine, specific reason: a project, value, or market position you can point to] I want to work for a company that takes safety and environmental responsibility seriously, and I believe [Company Name] does.</w:t>
      </w:r>
    </w:p>
    <w:p>
      <w:pPr>
        <w:spacing w:before="0" w:after="240"/>
      </w:pPr>
      <w:r>
        <w:t>Thank you for considering my application. I have attached my resume and look forward to discussing how my skills can support your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