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Dental Assistant</w:t>
      </w:r>
    </w:p>
    <w:p>
      <w:pPr>
        <w:spacing w:before="0" w:after="240"/>
      </w:pPr>
      <w:r>
        <w:t>I'm writing to apply for the Dental Assistant position at [Company Name]. My chairside experience and comfort handling both clinical support and reception duties make me well suited to keeping your practice running smoothly for patients and dentists alike.</w:t>
      </w:r>
    </w:p>
    <w:p>
      <w:pPr>
        <w:spacing w:before="0" w:after="240"/>
      </w:pPr>
      <w:r>
        <w:t>In my most recent role I managed instrument sterilisation and patient scheduling for a busy general practice, keeping surgeries on time while holding to strict infection control standards on every appointment. I also took on patient education, talking anxious patients through post-treatment care so they left each visit clear on what to expect and what to do next.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I'd welcome the chance to bring my clinical support and patient care skills to a team working in that space.</w:t>
      </w:r>
    </w:p>
    <w:p>
      <w:pPr>
        <w:spacing w:before="0" w:after="240"/>
      </w:pPr>
      <w:r>
        <w:t>Thank you for considering my application. I've attached my resume and would welcome the opportunity to discuss how I can support your patients and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