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Dental Assistant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Dental Assistant with hands-on experience supporting chairside procedures, sterilisation protocols and patient care in general practice. Comfortable moving between clinical support and front-of-house administration, with a steady focus on infection control and patient comfort during treatment.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Chairside assisting and instrument preparation   •   Infection control and sterilisation (autoclave operation)   •   Patient record management   •   Appointment scheduling and reception   •   Patient education on oral hygiene and post-treatment care   •   Dental handpiece and ultrasonic scaler handling   •   Intraoral camera operation   •   Patient management software (Dentrix, Curve)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Dental Assistant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and sterilised instruments before each procedure, following autoclave protocols to meet infection control standards</w:t>
      </w:r>
    </w:p>
    <w:p>
      <w:pPr>
        <w:pStyle w:val="ListBullet"/>
        <w:spacing w:after="80" w:line="276" w:lineRule="auto"/>
      </w:pPr>
      <w:r>
        <w:t>Assisted dentists chairside during restorative and general procedures, passing instruments and managing suction to keep appointments running on schedule</w:t>
      </w:r>
    </w:p>
    <w:p>
      <w:pPr>
        <w:pStyle w:val="ListBullet"/>
        <w:spacing w:after="80" w:line="276" w:lineRule="auto"/>
      </w:pPr>
      <w:r>
        <w:t>Maintained accurate patient treatment records in Dentrix, cutting down on charting and billing discrepancies</w:t>
      </w:r>
    </w:p>
    <w:p>
      <w:pPr>
        <w:pStyle w:val="ListBullet"/>
        <w:spacing w:after="80" w:line="276" w:lineRule="auto"/>
      </w:pPr>
      <w:r>
        <w:t>Coordinated patient scheduling and reception duties, including HICAPS claims and payment processing</w:t>
      </w:r>
    </w:p>
    <w:p>
      <w:pPr>
        <w:pStyle w:val="ListBullet"/>
        <w:spacing w:after="240" w:line="276" w:lineRule="auto"/>
      </w:pPr>
      <w:r>
        <w:t>Educated patients on oral hygiene and post-treatment care, reducing the number of follow-up queries after procedures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Dental Assisting (nationally recognised training), typically completed through TAFE or a registered training organisation, often paired with on-the-job training in a dental practice.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