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Dental Hygienist</w:t>
      </w:r>
    </w:p>
    <w:p>
      <w:pPr>
        <w:spacing w:before="0" w:after="240"/>
      </w:pPr>
      <w:r>
        <w:t>I am writing to apply for the Dental Hygienist position at [Company Name]. With my AHPRA registration and hands-on experience in preventive oral care, I am confident I can contribute to your practice's patient-focused approach.</w:t>
      </w:r>
    </w:p>
    <w:p>
      <w:pPr>
        <w:spacing w:before="0" w:after="240"/>
      </w:pPr>
      <w:r>
        <w:t>In my current role, I manage a recall system for over 500 patients, conducting comprehensive oral assessments and scaling procedures. By implementing a structured education protocol for patients with early gum disease, I helped reduce the number of patients requiring referral to a periodontist within our clinic.</w:t>
      </w:r>
    </w:p>
    <w:p>
      <w:pPr>
        <w:spacing w:before="0" w:after="240"/>
      </w:pPr>
      <w:r>
        <w:t>I am particularly interested in [Company Name] because [add one genuine, specific reason: a project, value, or market position you can point to]. I am keen to contribute to a practice that values preventive care and patient education as much as I do.</w:t>
      </w:r>
    </w:p>
    <w:p>
      <w:pPr>
        <w:spacing w:before="0" w:after="240"/>
      </w:pPr>
      <w:r>
        <w:t>Thank you for considering my application. I have attached my resume for your review and look forward to the opportunity to discuss how I can support your patients' oral health.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