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Dento-Maxillofacial Radiologist</w:t>
      </w:r>
    </w:p>
    <w:p>
      <w:pPr>
        <w:spacing w:before="0" w:after="240"/>
      </w:pPr>
      <w:r>
        <w:t>I am writing to apply for the position of Dento-Maxillofacial Radiologist at [Company Name]. As a dental specialist registered with the Dental Board of Australia through AHPRA, I interpret cone beam CT and panoramic imaging for dental and surgical teams, and I am confident I can support your referrers with timely, precise reports.</w:t>
      </w:r>
    </w:p>
    <w:p>
      <w:pPr>
        <w:spacing w:before="0" w:after="240"/>
      </w:pPr>
      <w:r>
        <w:t>In my current role, I report on more than 200 CBCT and panoramic examinations each month for general dentists, oral surgeons and orthodontists. I redesigned the imaging protocol for implant planning, which cut the number of repeat scans and shortened report turnaround from five days to two for urgent cases. I also lead quality assurance checks on our three CBCT units, making sure every scan meets diagnostic standards while keeping radiation dose as low as reasonably achievable.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contribute my reporting skills to a practice that values precision and patient-centred care.</w:t>
      </w:r>
    </w:p>
    <w:p>
      <w:pPr>
        <w:spacing w:before="0" w:after="240"/>
      </w:pPr>
      <w:r>
        <w:t>Thank you for considering my application. I have attached my resume and look forward to discussing how my experience in dento-maxillofacial radiology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