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Derivatives Trader</w:t>
      </w:r>
    </w:p>
    <w:p>
      <w:pPr>
        <w:spacing w:before="0" w:after="240"/>
      </w:pPr>
      <w:r>
        <w:t>I am writing to apply for the Derivatives Trader role at [Company Name]. With hands-on experience trading futures, options and swaps across multiple asset classes, I am confident in my ability to contribute to your trading desk from day one.</w:t>
      </w:r>
    </w:p>
    <w:p>
      <w:pPr>
        <w:spacing w:before="0" w:after="240"/>
      </w:pPr>
      <w:r>
        <w:t>In my current role, I executed derivatives trades across exchange and OTC markets, often within seconds of a price move. I monitored open positions throughout the day, managing risk exposure within strict capital and leverage limits. One achievement I am proud of was streamlining the end-of-day reconciliation process, which reduced reporting errors and ensured all positions stayed within regulatory limits. This required a deep understanding of counterparty credit risk and collateral requirements.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in an environment where I can contribute to a team that values rigorous risk management and innovative trading strategies.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