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Dermatologist</w:t>
      </w:r>
    </w:p>
    <w:p>
      <w:pPr>
        <w:spacing w:before="0" w:after="240"/>
      </w:pPr>
      <w:r>
        <w:t>I am writing to apply for the Dermatologist position at [Company Name]. With specialist training through the Royal Australasian College of Physicians and experience across public and private practice, I am confident I can provide high-quality care to your patients.</w:t>
      </w:r>
    </w:p>
    <w:p>
      <w:pPr>
        <w:spacing w:before="0" w:after="240"/>
      </w:pPr>
      <w:r>
        <w:t>In my current role, I manage a busy clinic where I diagnose and treat a wide range of skin conditions. I introduced a dermoscopy protocol that improved early detection of melanoma, and I routinely perform biopsies, excisions and cryotherapy. I also work closely with patients to develop sun protection plans and manage chronic conditions such as eczema and psoriasis. One recent achievement was streamlining our triage system so urgent skin cancer reviews are now seen within four days instead of two weeks.</w:t>
      </w:r>
    </w:p>
    <w:p>
      <w:pPr>
        <w:spacing w:before="0" w:after="240"/>
      </w:pPr>
      <w:r>
        <w:t>I am particularly drawn to [Company Name] because [add one genuine, specific reason: a project, value, or market position you can point to]. I am keen to bring my skills in dermoscopy and biologic management to your practice and contribute to your team's goals.</w:t>
      </w:r>
    </w:p>
    <w:p>
      <w:pPr>
        <w:spacing w:before="0" w:after="240"/>
      </w:pPr>
      <w:r>
        <w:t>Thank you for considering my application. I have attached my resume and look forward to discussing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