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DevOps Engineer</w:t>
      </w:r>
    </w:p>
    <w:p>
      <w:pPr>
        <w:spacing w:before="0" w:after="240"/>
      </w:pPr>
      <w:r>
        <w:t>I'm writing to apply for the DevOps Engineer role at [Company Name]. I work at the intersection of development and operations, and I'm particularly drawn to roles where infrastructure reliability and release speed both matter, which this position clearly requires.</w:t>
      </w:r>
    </w:p>
    <w:p>
      <w:pPr>
        <w:spacing w:before="0" w:after="240"/>
      </w:pPr>
      <w:r>
        <w:t>In a previous role I inherited a deployment process that relied on manual server changes and undocumented configuration. I rebuilt it using Terraform and a Jenkins pipeline, moving the team to version-controlled infrastructure and automated testing before release. Deployment failures dropped noticeably, and the development team stopped needing to schedule releases around my availability, because the process no longer depended on one person's local knowledge.</w:t>
      </w:r>
    </w:p>
    <w:p>
      <w:pPr>
        <w:spacing w:before="0" w:after="240"/>
      </w:pPr>
      <w:r>
        <w:t>[add one genuine, specific reason: a project, value, or market position you can point to] is what makes this role stand out to me beyond the job description itself.</w:t>
      </w:r>
    </w:p>
    <w:p>
      <w:pPr>
        <w:spacing w:before="0" w:after="240"/>
      </w:pPr>
      <w:r>
        <w:t>Thank you for considering my application. I've attached my resume, which sets out my experience with CI/CD, cloud infrastructure and container orchestration in more detail, and I'd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