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Dialysis Technician</w:t>
      </w:r>
    </w:p>
    <w:p>
      <w:pPr>
        <w:spacing w:before="0" w:after="240"/>
      </w:pPr>
      <w:r>
        <w:t>I am writing to apply for the Dialysis Technician position at [Company Name]. With practical experience operating haemodialysis machines and monitoring patients in a renal unit, I am confident I can support your team in delivering safe, effective dialysis care.</w:t>
      </w:r>
    </w:p>
    <w:p>
      <w:pPr>
        <w:spacing w:before="0" w:after="240"/>
      </w:pPr>
      <w:r>
        <w:t>In my current role at a community dialysis clinic, I noticed that our water treatment daily logs were often incomplete, which risked delaying treatment and complicating infection control audits. I worked with the nursing team to redesign the check sheet and set a clear routine for end-of-shift verification. As a result, our unit passed its latest audit with no water treatment documentation issues, and the team now has a more reliable handover process.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skills in machine operation, patient monitoring, and equipment maintenance to your renal service.</w:t>
      </w:r>
    </w:p>
    <w:p>
      <w:pPr>
        <w:spacing w:before="0" w:after="240"/>
      </w:pPr>
      <w:r>
        <w:t>Thank you for considering my application. I have attached my resume and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