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Digital Marketing Specialist</w:t>
      </w:r>
    </w:p>
    <w:p>
      <w:pPr>
        <w:spacing w:before="0" w:after="240"/>
      </w:pPr>
      <w:r>
        <w:t>I'm writing to apply for the Digital Marketing Specialist role at [Company Name]. I plan and run campaigns across social, search, email and display, and I like the mix this role asks for: creative judgement backed by a genuine read of the numbers.</w:t>
      </w:r>
    </w:p>
    <w:p>
      <w:pPr>
        <w:spacing w:before="0" w:after="240"/>
      </w:pPr>
      <w:r>
        <w:t>In my current work I've built social content calendars, managed paid budgets across Google Ads and Meta, and run A/B tests on ad creative and landing pages to see what actually moves conversion rather than guessing. When a channel underperforms I reallocate spend and adjust targeting rather than waiting for the campaign to finish before making changes, and I report results in terms the rest of the business can use, not just marketing jargon.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put my campaign planning and analytics skills toward something with that kind of direction.</w:t>
      </w:r>
    </w:p>
    <w:p>
      <w:pPr>
        <w:spacing w:before="0" w:after="240"/>
      </w:pPr>
      <w:r>
        <w:t>Thank you for considering my application. I've attached my resume and would welcome the chance to discuss how I could contribute to your marketing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