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Diplomat</w:t>
      </w:r>
    </w:p>
    <w:p>
      <w:pPr>
        <w:spacing w:before="0" w:after="240"/>
      </w:pPr>
      <w:r>
        <w:t>I am writing to apply for the role of Diplomat with [Company Name]. With a background in international relations and consular operations, I am confident I can represent Australia's interests effectively and uphold the values of the Australian Public Service.</w:t>
      </w:r>
    </w:p>
    <w:p>
      <w:pPr>
        <w:spacing w:before="0" w:after="240"/>
      </w:pPr>
      <w:r>
        <w:t>In my previous role, I managed a consular case involving an Australian detained overseas. I coordinated with local authorities to secure consular access, ensured the detainee's welfare was monitored, and kept the family informed through regular updates. The case required careful navigation of legal and cultural sensitivities, and I successfully secured a positive outcome while protecting Australia's bilateral relationship with the host country.</w:t>
      </w:r>
    </w:p>
    <w:p>
      <w:pPr>
        <w:spacing w:before="0" w:after="240"/>
      </w:pPr>
      <w:r>
        <w:t>I am drawn to [Company Name] because of [add one genuine, specific reason: a project, value, or market position you can point to]. I am eager to contribute to your work on international engagement and policy development.</w:t>
      </w:r>
    </w:p>
    <w:p>
      <w:pPr>
        <w:spacing w:before="0" w:after="240"/>
      </w:pPr>
      <w:r>
        <w:t>Thank you for considering my application. I have attached my resume and look forward to the opportunity to discuss how my skills and experience align with the needs of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