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Director of Nursing</w:t>
      </w:r>
    </w:p>
    <w:p>
      <w:pPr>
        <w:spacing w:before="0" w:after="240"/>
      </w:pPr>
      <w:r>
        <w:t>I am writing to express my interest in the Director of Nursing role at [Company Name]. With over a decade of senior nursing leadership experience across hospital and aged care settings, I am confident in my ability to lead your nursing workforce and uphold the highest standards of patient care.</w:t>
      </w:r>
    </w:p>
    <w:p>
      <w:pPr>
        <w:spacing w:before="0" w:after="240"/>
      </w:pPr>
      <w:r>
        <w:t>In my current role, I led a quality improvement project that addressed medication errors across a 200-bed facility. By introducing a double-check protocol and enhancing staff education, we reduced reported errors from 15 to 7 per month within a year. This experience demonstrates my ability to drive change that directly improves patient safety and aligns with accreditation requirements.</w:t>
      </w:r>
    </w:p>
    <w:p>
      <w:pPr>
        <w:spacing w:before="0" w:after="240"/>
      </w:pPr>
      <w:r>
        <w:t>I am particularly drawn to [Company Name] because [add one genuine, specific reason: a project, value, or market position you can point to]. I am eager to bring my skills in clinical governance and workforce management to support your strategic goals.</w:t>
      </w:r>
    </w:p>
    <w:p>
      <w:pPr>
        <w:spacing w:before="0" w:after="240"/>
      </w:pPr>
      <w:r>
        <w:t>Thank you for considering my application. I have attached my resume for your review and look forward to discussing how I can contribute to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