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Distiller</w:t>
      </w:r>
    </w:p>
    <w:p>
      <w:pPr>
        <w:spacing w:before="0" w:after="240"/>
      </w:pPr>
      <w:r>
        <w:t>I am applying for the Distiller role at [Company Name]. With hands-on experience operating pot and column stills and a careful approach to fermentation and spirit cuts, I am confident I can contribute to your production team from day one.</w:t>
      </w:r>
    </w:p>
    <w:p>
      <w:pPr>
        <w:spacing w:before="0" w:after="240"/>
      </w:pPr>
      <w:r>
        <w:t>In my current role, I took responsibility for the daily run of a pot still producing single malt whisky. By monitoring fermentation gravity and distillation temperatures closely, I reduced off-spec batches and improved consistency across each run. I also took spirit cuts by sensory assessment, separating heads, hearts and tails to maximise premium yield without compromising flavour. This work required meticulous record keeping for excise and quality purposes, which I maintained without error.</w:t>
      </w:r>
    </w:p>
    <w:p>
      <w:pPr>
        <w:spacing w:before="0" w:after="240"/>
      </w:pPr>
      <w:r>
        <w:t>I am drawn to [Company Name] because [add one genuine, specific reason: a project, value, or market position you can point to]. I want to bring my production and sensory skills to a distillery that takes pride in its craft and its people.</w:t>
      </w:r>
    </w:p>
    <w:p>
      <w:pPr>
        <w:spacing w:before="0" w:after="240"/>
      </w:pPr>
      <w:r>
        <w:t>Thank you for considering my application. My resume is attached and provides further detail on my experience and qualifications. I look forward to the opportunity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