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Diversional Therapist</w:t>
      </w:r>
    </w:p>
    <w:p>
      <w:pPr>
        <w:spacing w:before="0" w:after="240"/>
      </w:pPr>
      <w:r>
        <w:t>I am writing to express my interest in the Diversional Therapist role at [Company Name]. With a background in leisure and health and a genuine passion for improving quality of life through meaningful activity, I am confident I can contribute to your care team.</w:t>
      </w:r>
    </w:p>
    <w:p>
      <w:pPr>
        <w:spacing w:before="0" w:after="240"/>
      </w:pPr>
      <w:r>
        <w:t>In my current role at an aged care facility, I designed and implemented a new weekly program that combined music, gentle exercise and reminiscence activities. By consulting residents about their interests, I saw a noticeable increase in participation and a more positive atmosphere in the common areas. I also coordinated a monthly outing to a local garden, which required detailed risk assessments and collaboration with nursing staff.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 and would welcome the opportunity to discuss how my skills in activity coordination and client care can support your residents.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